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E403B" w14:textId="77777777" w:rsidR="00171796" w:rsidRDefault="00171796">
      <w:pPr>
        <w:rPr>
          <w:rFonts w:hint="eastAsia"/>
        </w:rPr>
      </w:pPr>
    </w:p>
    <w:p w14:paraId="7292E881" w14:textId="77777777" w:rsidR="00171796" w:rsidRDefault="00171796">
      <w:pPr>
        <w:rPr>
          <w:rFonts w:hint="eastAsia"/>
        </w:rPr>
      </w:pPr>
    </w:p>
    <w:p w14:paraId="08EE8B3D" w14:textId="77777777" w:rsidR="00171796" w:rsidRDefault="00171796">
      <w:pPr>
        <w:rPr>
          <w:rFonts w:hint="eastAsia"/>
        </w:rPr>
      </w:pPr>
    </w:p>
    <w:p w14:paraId="426045B4" w14:textId="3D4C2D62" w:rsidR="00171796" w:rsidRDefault="00171796">
      <w:pPr>
        <w:jc w:val="center"/>
        <w:rPr>
          <w:rFonts w:hint="eastAsia"/>
        </w:rPr>
      </w:pPr>
    </w:p>
    <w:p w14:paraId="025EDA1E" w14:textId="77777777" w:rsidR="00171796" w:rsidRDefault="00171796">
      <w:pPr>
        <w:rPr>
          <w:rFonts w:hint="eastAsia"/>
        </w:rPr>
      </w:pPr>
    </w:p>
    <w:p w14:paraId="08B876F7" w14:textId="77777777" w:rsidR="00171796" w:rsidRDefault="00171796">
      <w:pPr>
        <w:rPr>
          <w:lang w:val="es-PY"/>
        </w:rPr>
      </w:pPr>
    </w:p>
    <w:p w14:paraId="18FB1707" w14:textId="77777777" w:rsidR="005F5AED" w:rsidRPr="005F5AED" w:rsidRDefault="005F5AED">
      <w:pPr>
        <w:rPr>
          <w:rFonts w:hint="eastAsia"/>
          <w:lang w:val="es-PY"/>
        </w:rPr>
      </w:pPr>
    </w:p>
    <w:p w14:paraId="27B89460" w14:textId="77777777" w:rsidR="00171796" w:rsidRPr="005F5AED" w:rsidRDefault="00000000">
      <w:pPr>
        <w:jc w:val="center"/>
        <w:rPr>
          <w:rFonts w:hint="eastAsia"/>
          <w:lang w:val="es-PY"/>
        </w:rPr>
      </w:pPr>
      <w:r w:rsidRPr="005F5AED">
        <w:rPr>
          <w:b/>
          <w:color w:val="25604C"/>
          <w:sz w:val="56"/>
          <w:lang w:val="es-PY"/>
        </w:rPr>
        <w:t>Manual de Usuario</w:t>
      </w:r>
    </w:p>
    <w:p w14:paraId="6F20E95D" w14:textId="77777777" w:rsidR="00171796" w:rsidRPr="005F5AED" w:rsidRDefault="00000000">
      <w:pPr>
        <w:jc w:val="center"/>
        <w:rPr>
          <w:rFonts w:hint="eastAsia"/>
          <w:lang w:val="es-PY"/>
        </w:rPr>
      </w:pPr>
      <w:r w:rsidRPr="005F5AED">
        <w:rPr>
          <w:color w:val="1A4536"/>
          <w:sz w:val="32"/>
          <w:lang w:val="es-PY"/>
        </w:rPr>
        <w:t>Sistema de Comunicación Institucional (SCI)</w:t>
      </w:r>
    </w:p>
    <w:p w14:paraId="5CA57A76" w14:textId="77777777" w:rsidR="00171796" w:rsidRPr="005F5AED" w:rsidRDefault="00171796">
      <w:pPr>
        <w:rPr>
          <w:rFonts w:hint="eastAsia"/>
          <w:lang w:val="es-PY"/>
        </w:rPr>
      </w:pPr>
    </w:p>
    <w:p w14:paraId="5357ED70" w14:textId="77777777" w:rsidR="00171796" w:rsidRPr="005F5AED" w:rsidRDefault="00000000">
      <w:pPr>
        <w:jc w:val="center"/>
        <w:rPr>
          <w:rFonts w:hint="eastAsia"/>
          <w:lang w:val="es-PY"/>
        </w:rPr>
      </w:pPr>
      <w:r w:rsidRPr="005F5AED">
        <w:rPr>
          <w:b/>
          <w:color w:val="D4A01E"/>
          <w:sz w:val="36"/>
          <w:lang w:val="es-PY"/>
        </w:rPr>
        <w:t>Perfil: Director de Carrera</w:t>
      </w:r>
    </w:p>
    <w:p w14:paraId="6F3CC317" w14:textId="77777777" w:rsidR="00171796" w:rsidRPr="005F5AED" w:rsidRDefault="00171796">
      <w:pPr>
        <w:rPr>
          <w:rFonts w:hint="eastAsia"/>
          <w:lang w:val="es-PY"/>
        </w:rPr>
      </w:pPr>
    </w:p>
    <w:p w14:paraId="11773BE8" w14:textId="77777777" w:rsidR="00171796" w:rsidRDefault="00171796">
      <w:pPr>
        <w:rPr>
          <w:color w:val="25604C"/>
          <w:sz w:val="20"/>
          <w:lang w:val="es-PY"/>
        </w:rPr>
      </w:pPr>
    </w:p>
    <w:p w14:paraId="4CF7B873" w14:textId="77777777" w:rsidR="005F5AED" w:rsidRDefault="005F5AED">
      <w:pPr>
        <w:rPr>
          <w:color w:val="25604C"/>
          <w:sz w:val="20"/>
          <w:lang w:val="es-PY"/>
        </w:rPr>
      </w:pPr>
    </w:p>
    <w:p w14:paraId="07B53EFC" w14:textId="77777777" w:rsidR="005F5AED" w:rsidRPr="005F5AED" w:rsidRDefault="005F5AED">
      <w:pPr>
        <w:rPr>
          <w:rFonts w:hint="eastAsia"/>
          <w:lang w:val="es-PY"/>
        </w:rPr>
      </w:pPr>
    </w:p>
    <w:p w14:paraId="2641E197" w14:textId="77777777" w:rsidR="00171796" w:rsidRPr="005F5AED" w:rsidRDefault="00171796">
      <w:pPr>
        <w:rPr>
          <w:rFonts w:hint="eastAsia"/>
          <w:lang w:val="es-PY"/>
        </w:rPr>
      </w:pPr>
    </w:p>
    <w:p w14:paraId="48781B12" w14:textId="77777777" w:rsidR="00171796" w:rsidRPr="005F5AED" w:rsidRDefault="00171796">
      <w:pPr>
        <w:rPr>
          <w:rFonts w:hint="eastAsia"/>
          <w:lang w:val="es-PY"/>
        </w:rPr>
      </w:pPr>
    </w:p>
    <w:p w14:paraId="42B36ABD" w14:textId="77777777" w:rsidR="00171796" w:rsidRPr="005F5AED" w:rsidRDefault="00000000">
      <w:pPr>
        <w:jc w:val="center"/>
        <w:rPr>
          <w:rFonts w:hint="eastAsia"/>
          <w:lang w:val="es-PY"/>
        </w:rPr>
      </w:pPr>
      <w:r w:rsidRPr="005F5AED">
        <w:rPr>
          <w:color w:val="666666"/>
          <w:sz w:val="24"/>
          <w:lang w:val="es-PY"/>
        </w:rPr>
        <w:t>Universidad Privada María Serrana</w:t>
      </w:r>
    </w:p>
    <w:p w14:paraId="7812AF65" w14:textId="77777777" w:rsidR="00171796" w:rsidRPr="005F5AED" w:rsidRDefault="00000000">
      <w:pPr>
        <w:jc w:val="center"/>
        <w:rPr>
          <w:rFonts w:hint="eastAsia"/>
          <w:lang w:val="es-PY"/>
        </w:rPr>
      </w:pPr>
      <w:r w:rsidRPr="005F5AED">
        <w:rPr>
          <w:color w:val="666666"/>
          <w:sz w:val="20"/>
          <w:lang w:val="es-PY"/>
        </w:rPr>
        <w:t>www.serrana.edu.py</w:t>
      </w:r>
    </w:p>
    <w:p w14:paraId="7FDFB49E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br w:type="page"/>
      </w:r>
    </w:p>
    <w:p w14:paraId="44210636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lastRenderedPageBreak/>
        <w:t>Contenido</w:t>
      </w:r>
    </w:p>
    <w:p w14:paraId="41F8265A" w14:textId="77777777" w:rsidR="00171796" w:rsidRPr="005F5AED" w:rsidRDefault="00000000">
      <w:pPr>
        <w:rPr>
          <w:rFonts w:hint="eastAsia"/>
          <w:lang w:val="es-PY"/>
        </w:rPr>
      </w:pPr>
      <w:r>
        <w:fldChar w:fldCharType="begin"/>
      </w:r>
      <w:r w:rsidRPr="005F5AED">
        <w:rPr>
          <w:lang w:val="es-PY"/>
        </w:rPr>
        <w:instrText xml:space="preserve"> TOC \o "1-3" \h \z \u </w:instrText>
      </w:r>
      <w:r>
        <w:fldChar w:fldCharType="separate"/>
      </w:r>
      <w:r w:rsidRPr="005F5AED">
        <w:rPr>
          <w:i/>
          <w:color w:val="666666"/>
          <w:sz w:val="18"/>
          <w:lang w:val="es-PY"/>
        </w:rPr>
        <w:t>(Haga clic derecho y seleccione 'Actualizar campo' para ver el índice)</w:t>
      </w:r>
      <w:r>
        <w:fldChar w:fldCharType="end"/>
      </w:r>
    </w:p>
    <w:p w14:paraId="3377AEAE" w14:textId="1EA9AC21" w:rsidR="00171796" w:rsidRPr="005F5AED" w:rsidRDefault="00000000" w:rsidP="005F5AED">
      <w:pPr>
        <w:rPr>
          <w:lang w:val="es-PY"/>
        </w:rPr>
      </w:pPr>
      <w:r w:rsidRPr="005F5AED">
        <w:rPr>
          <w:lang w:val="es-PY"/>
        </w:rPr>
        <w:t>1. Acceso al sistema</w:t>
      </w:r>
    </w:p>
    <w:p w14:paraId="1175138B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Ingresar al SCI</w:t>
      </w:r>
    </w:p>
    <w:p w14:paraId="537B762A" w14:textId="77777777" w:rsidR="00171796" w:rsidRPr="005F5AED" w:rsidRDefault="00000000">
      <w:pPr>
        <w:pStyle w:val="ListNumber"/>
        <w:rPr>
          <w:rFonts w:hint="eastAsia"/>
          <w:lang w:val="es-PY"/>
        </w:rPr>
      </w:pPr>
      <w:r w:rsidRPr="005F5AED">
        <w:rPr>
          <w:lang w:val="es-PY"/>
        </w:rPr>
        <w:t>Abrí tu navegador (Chrome, Firefox, Edge o Safari)</w:t>
      </w:r>
    </w:p>
    <w:p w14:paraId="42710BB7" w14:textId="77777777" w:rsidR="00171796" w:rsidRPr="005F5AED" w:rsidRDefault="00000000">
      <w:pPr>
        <w:pStyle w:val="ListNumber"/>
        <w:rPr>
          <w:rFonts w:hint="eastAsia"/>
          <w:lang w:val="es-PY"/>
        </w:rPr>
      </w:pPr>
      <w:r w:rsidRPr="005F5AED">
        <w:rPr>
          <w:lang w:val="es-PY"/>
        </w:rPr>
        <w:t xml:space="preserve">Ingresá a: </w:t>
      </w:r>
      <w:r w:rsidRPr="005F5AED">
        <w:rPr>
          <w:b/>
          <w:lang w:val="es-PY"/>
        </w:rPr>
        <w:t>https://www.upmsgestion.com/sci/</w:t>
      </w:r>
    </w:p>
    <w:p w14:paraId="05DB38E3" w14:textId="77777777" w:rsidR="00171796" w:rsidRDefault="00000000">
      <w:pPr>
        <w:pStyle w:val="ListNumber"/>
        <w:rPr>
          <w:rFonts w:hint="eastAsia"/>
        </w:rPr>
      </w:pPr>
      <w:r>
        <w:t xml:space="preserve">Completá: </w:t>
      </w:r>
      <w:r>
        <w:rPr>
          <w:b/>
        </w:rPr>
        <w:t>Cédula</w:t>
      </w:r>
      <w:r>
        <w:t xml:space="preserve"> y </w:t>
      </w:r>
      <w:r>
        <w:rPr>
          <w:b/>
        </w:rPr>
        <w:t>Contraseña</w:t>
      </w:r>
    </w:p>
    <w:p w14:paraId="462201EE" w14:textId="77777777" w:rsidR="00171796" w:rsidRDefault="00000000">
      <w:pPr>
        <w:pStyle w:val="ListNumber"/>
        <w:rPr>
          <w:rFonts w:hint="eastAsia"/>
        </w:rPr>
      </w:pPr>
      <w:r>
        <w:t xml:space="preserve">Hacé clic en </w:t>
      </w:r>
      <w:r>
        <w:rPr>
          <w:b/>
        </w:rPr>
        <w:t>Iniciar Sesión</w:t>
      </w:r>
    </w:p>
    <w:p w14:paraId="21B0DA69" w14:textId="77777777" w:rsidR="00171796" w:rsidRDefault="00000000">
      <w:pPr>
        <w:pStyle w:val="Heading2"/>
      </w:pPr>
      <w:r>
        <w:t>Instalar como aplicación (PWA)</w:t>
      </w:r>
    </w:p>
    <w:p w14:paraId="18B7A48C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En Android (Chrome):</w:t>
      </w:r>
      <w:r w:rsidRPr="005F5AED">
        <w:rPr>
          <w:lang w:val="es-PY"/>
        </w:rPr>
        <w:t xml:space="preserve"> Menú (⋮) → </w:t>
      </w:r>
      <w:r w:rsidRPr="005F5AED">
        <w:rPr>
          <w:b/>
          <w:lang w:val="es-PY"/>
        </w:rPr>
        <w:t>"Instalar app"</w:t>
      </w:r>
      <w:r w:rsidRPr="005F5AED">
        <w:rPr>
          <w:lang w:val="es-PY"/>
        </w:rPr>
        <w:t xml:space="preserve"> o </w:t>
      </w:r>
      <w:r w:rsidRPr="005F5AED">
        <w:rPr>
          <w:b/>
          <w:lang w:val="es-PY"/>
        </w:rPr>
        <w:t>"Agregar a pantalla de inicio"</w:t>
      </w:r>
    </w:p>
    <w:p w14:paraId="58303D64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En iPhone/iPad (Safari):</w:t>
      </w:r>
      <w:r w:rsidRPr="005F5AED">
        <w:rPr>
          <w:lang w:val="es-PY"/>
        </w:rPr>
        <w:t xml:space="preserve"> Botón compartir (□↑) → </w:t>
      </w:r>
      <w:r w:rsidRPr="005F5AED">
        <w:rPr>
          <w:b/>
          <w:lang w:val="es-PY"/>
        </w:rPr>
        <w:t>"Agregar a pantalla de inicio"</w:t>
      </w:r>
    </w:p>
    <w:p w14:paraId="4DAFF773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En computadora (Chrome/Edge):</w:t>
      </w:r>
      <w:r w:rsidRPr="005F5AED">
        <w:rPr>
          <w:lang w:val="es-PY"/>
        </w:rPr>
        <w:t xml:space="preserve"> Clic en el ícono de instalación en la barra de direcciones</w:t>
      </w:r>
    </w:p>
    <w:p w14:paraId="72B4D39C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Activar notificaciones</w:t>
      </w:r>
    </w:p>
    <w:p w14:paraId="1E2709E6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Hacé clic en </w:t>
      </w:r>
      <w:r w:rsidRPr="005F5AED">
        <w:rPr>
          <w:b/>
          <w:lang w:val="es-PY"/>
        </w:rPr>
        <w:t>"Activar"</w:t>
      </w:r>
      <w:r w:rsidRPr="005F5AED">
        <w:rPr>
          <w:lang w:val="es-PY"/>
        </w:rPr>
        <w:t xml:space="preserve"> en el banner de notificaciones → </w:t>
      </w:r>
      <w:r w:rsidRPr="005F5AED">
        <w:rPr>
          <w:b/>
          <w:lang w:val="es-PY"/>
        </w:rPr>
        <w:t>"Permitir"</w:t>
      </w:r>
      <w:r w:rsidRPr="005F5AED">
        <w:rPr>
          <w:lang w:val="es-PY"/>
        </w:rPr>
        <w:t xml:space="preserve"> en el navegador.</w:t>
      </w:r>
    </w:p>
    <w:p w14:paraId="5AB38AB4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t>2. Panel Principal (Dashboard)</w:t>
      </w:r>
    </w:p>
    <w:p w14:paraId="34DD068A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>Al ingresar verás:</w:t>
      </w:r>
    </w:p>
    <w:p w14:paraId="1E50AC3C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Bandeja</w:t>
      </w:r>
      <w:r>
        <w:t xml:space="preserve"> — mensajes sin leer</w:t>
      </w:r>
    </w:p>
    <w:p w14:paraId="17EC33F2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Enviados</w:t>
      </w:r>
      <w:r>
        <w:t xml:space="preserve"> — comunicados que enviaste</w:t>
      </w:r>
    </w:p>
    <w:p w14:paraId="5B917C97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Nuevo</w:t>
      </w:r>
      <w:r>
        <w:t xml:space="preserve"> — crear comunicado rápidamente</w:t>
      </w:r>
    </w:p>
    <w:p w14:paraId="7765971A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Alertas</w:t>
      </w:r>
      <w:r>
        <w:t xml:space="preserve"> — notificaciones pendientes</w:t>
      </w:r>
    </w:p>
    <w:p w14:paraId="0F62B004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Usuarios</w:t>
      </w:r>
      <w:r>
        <w:t xml:space="preserve"> — cantidad de usuarios activos</w:t>
      </w:r>
    </w:p>
    <w:p w14:paraId="58074EC3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Últimos comunicados</w:t>
      </w:r>
      <w:r>
        <w:t xml:space="preserve"> — los 5 más recientes</w:t>
      </w:r>
    </w:p>
    <w:p w14:paraId="2B65695B" w14:textId="77777777" w:rsidR="00171796" w:rsidRDefault="00000000">
      <w:pPr>
        <w:pStyle w:val="Heading1"/>
      </w:pPr>
      <w:r>
        <w:lastRenderedPageBreak/>
        <w:t>3. Bandeja de Entrada</w:t>
      </w:r>
    </w:p>
    <w:p w14:paraId="6C878BB7" w14:textId="77777777" w:rsidR="00171796" w:rsidRDefault="00000000">
      <w:pPr>
        <w:pStyle w:val="Heading2"/>
      </w:pPr>
      <w:r>
        <w:t>Ver y filtrar mensajes</w:t>
      </w:r>
    </w:p>
    <w:p w14:paraId="2707EC82" w14:textId="77777777" w:rsidR="00171796" w:rsidRDefault="00000000">
      <w:pPr>
        <w:pStyle w:val="ListBullet"/>
        <w:rPr>
          <w:rFonts w:hint="eastAsia"/>
        </w:rPr>
      </w:pPr>
      <w:r>
        <w:t xml:space="preserve">Pestañas: </w:t>
      </w:r>
      <w:r>
        <w:rPr>
          <w:b/>
        </w:rPr>
        <w:t>Todos</w:t>
      </w:r>
      <w:r>
        <w:t xml:space="preserve"> / </w:t>
      </w:r>
      <w:r>
        <w:rPr>
          <w:b/>
        </w:rPr>
        <w:t>No leídos</w:t>
      </w:r>
      <w:r>
        <w:t xml:space="preserve"> / </w:t>
      </w:r>
      <w:r>
        <w:rPr>
          <w:b/>
        </w:rPr>
        <w:t>Archivados</w:t>
      </w:r>
    </w:p>
    <w:p w14:paraId="760908F8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Cada mensaje muestra: prioridad, remitente, asunto, fecha, adjuntos</w:t>
      </w:r>
    </w:p>
    <w:p w14:paraId="53AA18D0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Leer un comunicado</w:t>
      </w:r>
    </w:p>
    <w:p w14:paraId="3F86D42E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>Hacé clic sobre el comunicado. Se marca como leído automáticamente.</w:t>
      </w:r>
    </w:p>
    <w:p w14:paraId="3286C2C7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Responder</w:t>
      </w:r>
    </w:p>
    <w:p w14:paraId="76EB0C81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>Respuesta rápida (botones) o respuesta abierta (campo de texto), si está habilitado.</w:t>
      </w:r>
    </w:p>
    <w:p w14:paraId="324BA441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Descargar adjuntos</w:t>
      </w:r>
    </w:p>
    <w:p w14:paraId="1AE920F7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En la sección </w:t>
      </w:r>
      <w:r w:rsidRPr="005F5AED">
        <w:rPr>
          <w:b/>
          <w:lang w:val="es-PY"/>
        </w:rPr>
        <w:t>"Adjuntos"</w:t>
      </w:r>
      <w:r w:rsidRPr="005F5AED">
        <w:rPr>
          <w:lang w:val="es-PY"/>
        </w:rPr>
        <w:t>, hacé clic para descargar.</w:t>
      </w:r>
    </w:p>
    <w:p w14:paraId="7CA264EA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Archivar</w:t>
      </w:r>
    </w:p>
    <w:p w14:paraId="7D066641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Hacé clic en </w:t>
      </w:r>
      <w:r w:rsidRPr="005F5AED">
        <w:rPr>
          <w:b/>
          <w:lang w:val="es-PY"/>
        </w:rPr>
        <w:t>"Archivar"</w:t>
      </w:r>
      <w:r w:rsidRPr="005F5AED">
        <w:rPr>
          <w:lang w:val="es-PY"/>
        </w:rPr>
        <w:t xml:space="preserve"> para moverlo a archivados.</w:t>
      </w:r>
    </w:p>
    <w:p w14:paraId="798DD88D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t>4. Enviar Comunicados</w:t>
      </w:r>
    </w:p>
    <w:p w14:paraId="51B98CB0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Ver comunicados enviados</w:t>
      </w:r>
    </w:p>
    <w:p w14:paraId="56571254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"Comunicaciones"</w:t>
      </w:r>
      <w:r w:rsidRPr="005F5AED">
        <w:rPr>
          <w:lang w:val="es-PY"/>
        </w:rPr>
        <w:t xml:space="preserve"> en el menú → tabla con: asunto, prioridad, destinatarios, leídos (%), respuestas, adjuntos, fecha.</w:t>
      </w:r>
    </w:p>
    <w:p w14:paraId="65670AE9" w14:textId="77777777" w:rsidR="00171796" w:rsidRDefault="00000000">
      <w:pPr>
        <w:pStyle w:val="Heading2"/>
      </w:pPr>
      <w:r>
        <w:t>Crear un nuevo comunicado</w:t>
      </w:r>
    </w:p>
    <w:p w14:paraId="3D1A8A26" w14:textId="77777777" w:rsidR="00171796" w:rsidRDefault="00000000">
      <w:pPr>
        <w:pStyle w:val="ListNumber"/>
        <w:rPr>
          <w:rFonts w:hint="eastAsia"/>
        </w:rPr>
      </w:pPr>
      <w:r>
        <w:rPr>
          <w:b/>
        </w:rPr>
        <w:t>"Comunicaciones"</w:t>
      </w:r>
      <w:r>
        <w:t xml:space="preserve"> → </w:t>
      </w:r>
      <w:r>
        <w:rPr>
          <w:b/>
        </w:rPr>
        <w:t>"Nuevo Comunicado"</w:t>
      </w:r>
    </w:p>
    <w:p w14:paraId="3E32B729" w14:textId="77777777" w:rsidR="00171796" w:rsidRDefault="00000000">
      <w:pPr>
        <w:pStyle w:val="Heading3"/>
      </w:pPr>
      <w:r>
        <w:t>Mensaje</w:t>
      </w:r>
    </w:p>
    <w:p w14:paraId="3AA97431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Asunto</w:t>
      </w:r>
      <w:r>
        <w:t xml:space="preserve"> y </w:t>
      </w:r>
      <w:r>
        <w:rPr>
          <w:b/>
        </w:rPr>
        <w:t>Mensaje</w:t>
      </w:r>
      <w:r>
        <w:t xml:space="preserve"> — obligatorios</w:t>
      </w:r>
    </w:p>
    <w:p w14:paraId="11DB3C8B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lastRenderedPageBreak/>
        <w:t>Prioridad</w:t>
      </w:r>
      <w:r w:rsidRPr="005F5AED">
        <w:rPr>
          <w:lang w:val="es-PY"/>
        </w:rPr>
        <w:t xml:space="preserve"> — Baja, Normal, Alta o Urgente</w:t>
      </w:r>
    </w:p>
    <w:p w14:paraId="22AE5194" w14:textId="77777777" w:rsidR="00171796" w:rsidRDefault="00000000">
      <w:pPr>
        <w:pStyle w:val="Heading3"/>
      </w:pPr>
      <w:r>
        <w:t>Opciones de respuesta (opcional)</w:t>
      </w:r>
    </w:p>
    <w:p w14:paraId="147C4D45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Opciones predefinidas: Sí, No, Quizás, Ya lo revisé</w:t>
      </w:r>
    </w:p>
    <w:p w14:paraId="7FAD13DF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 xml:space="preserve">Opciones personalizadas con </w:t>
      </w:r>
      <w:r w:rsidRPr="005F5AED">
        <w:rPr>
          <w:b/>
          <w:lang w:val="es-PY"/>
        </w:rPr>
        <w:t>"Agregar opción"</w:t>
      </w:r>
    </w:p>
    <w:p w14:paraId="2DE060FA" w14:textId="77777777" w:rsidR="00171796" w:rsidRDefault="00000000">
      <w:pPr>
        <w:pStyle w:val="ListBullet"/>
        <w:rPr>
          <w:rFonts w:hint="eastAsia"/>
        </w:rPr>
      </w:pPr>
      <w:r>
        <w:t>Sin selección = sin respuestas</w:t>
      </w:r>
    </w:p>
    <w:p w14:paraId="13F5202E" w14:textId="77777777" w:rsidR="00171796" w:rsidRDefault="00000000">
      <w:pPr>
        <w:pStyle w:val="Heading3"/>
      </w:pPr>
      <w:r>
        <w:t>Destinatarios</w:t>
      </w:r>
    </w:p>
    <w:p w14:paraId="3DE03185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Como Director de Carrera, podés enviar a </w:t>
      </w:r>
      <w:r w:rsidRPr="005F5AED">
        <w:rPr>
          <w:b/>
          <w:lang w:val="es-PY"/>
        </w:rPr>
        <w:t>coordinadores</w:t>
      </w:r>
      <w:r w:rsidRPr="005F5AED">
        <w:rPr>
          <w:lang w:val="es-PY"/>
        </w:rPr>
        <w:t xml:space="preserve">, </w:t>
      </w:r>
      <w:r w:rsidRPr="005F5AED">
        <w:rPr>
          <w:b/>
          <w:lang w:val="es-PY"/>
        </w:rPr>
        <w:t>docentes</w:t>
      </w:r>
      <w:r w:rsidRPr="005F5AED">
        <w:rPr>
          <w:lang w:val="es-PY"/>
        </w:rPr>
        <w:t xml:space="preserve"> y </w:t>
      </w:r>
      <w:r w:rsidRPr="005F5AED">
        <w:rPr>
          <w:b/>
          <w:lang w:val="es-PY"/>
        </w:rPr>
        <w:t>estudiantes</w:t>
      </w:r>
      <w:r w:rsidRPr="005F5AED">
        <w:rPr>
          <w:lang w:val="es-PY"/>
        </w:rPr>
        <w:t>:</w:t>
      </w:r>
    </w:p>
    <w:p w14:paraId="5CD8869E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Roles</w:t>
      </w:r>
      <w:r>
        <w:t xml:space="preserve"> — seleccioná los roles destinatarios</w:t>
      </w:r>
    </w:p>
    <w:p w14:paraId="79B14A4A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t>Sedes</w:t>
      </w:r>
      <w:r w:rsidRPr="005F5AED">
        <w:rPr>
          <w:lang w:val="es-PY"/>
        </w:rPr>
        <w:t xml:space="preserve"> — obligatorio, seleccioná una o más</w:t>
      </w:r>
    </w:p>
    <w:p w14:paraId="217BF27E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Facultades</w:t>
      </w:r>
      <w:r>
        <w:t xml:space="preserve"> — opcional, filtra por facultad</w:t>
      </w:r>
    </w:p>
    <w:p w14:paraId="2B129E1F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Carreras</w:t>
      </w:r>
      <w:r>
        <w:t xml:space="preserve"> — opcional, filtra por carrera</w:t>
      </w:r>
    </w:p>
    <w:p w14:paraId="0448D6A5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t>Semestres</w:t>
      </w:r>
      <w:r w:rsidRPr="005F5AED">
        <w:rPr>
          <w:lang w:val="es-PY"/>
        </w:rPr>
        <w:t xml:space="preserve"> — opcional, filtra estudiantes por semestre</w:t>
      </w:r>
    </w:p>
    <w:p w14:paraId="795F2113" w14:textId="77777777" w:rsidR="00171796" w:rsidRPr="005F5AED" w:rsidRDefault="00000000">
      <w:pPr>
        <w:pBdr>
          <w:left w:val="single" w:sz="12" w:space="8" w:color="25604C"/>
        </w:pBdr>
        <w:spacing w:before="120"/>
        <w:ind w:left="567"/>
        <w:rPr>
          <w:rFonts w:hint="eastAsia"/>
          <w:lang w:val="es-PY"/>
        </w:rPr>
      </w:pPr>
      <w:r w:rsidRPr="005F5AED">
        <w:rPr>
          <w:i/>
          <w:color w:val="666666"/>
          <w:lang w:val="es-PY"/>
        </w:rPr>
        <w:t xml:space="preserve">Usá </w:t>
      </w:r>
      <w:r w:rsidRPr="005F5AED">
        <w:rPr>
          <w:b/>
          <w:color w:val="666666"/>
          <w:lang w:val="es-PY"/>
        </w:rPr>
        <w:t>"Vista previa de destinatarios"</w:t>
      </w:r>
      <w:r w:rsidRPr="005F5AED">
        <w:rPr>
          <w:i/>
          <w:color w:val="666666"/>
          <w:lang w:val="es-PY"/>
        </w:rPr>
        <w:t xml:space="preserve"> antes de enviar.</w:t>
      </w:r>
    </w:p>
    <w:p w14:paraId="5184CB64" w14:textId="77777777" w:rsidR="00171796" w:rsidRDefault="00000000">
      <w:pPr>
        <w:pStyle w:val="Heading3"/>
      </w:pPr>
      <w:r>
        <w:t>Adjuntos (opcional)</w:t>
      </w:r>
    </w:p>
    <w:p w14:paraId="6E7B8DF9" w14:textId="77777777" w:rsidR="00171796" w:rsidRDefault="00000000">
      <w:pPr>
        <w:pStyle w:val="ListBullet"/>
        <w:rPr>
          <w:rFonts w:hint="eastAsia"/>
        </w:rPr>
      </w:pPr>
      <w:r>
        <w:t>PDF, DOC/DOCX, XLS/XLSX, JPG/PNG/GIF</w:t>
      </w:r>
    </w:p>
    <w:p w14:paraId="150270B6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Máximo: 10 MB (documentos), 5 MB (imágenes)</w:t>
      </w:r>
    </w:p>
    <w:p w14:paraId="19AAB549" w14:textId="77777777" w:rsidR="00171796" w:rsidRPr="005F5AED" w:rsidRDefault="00000000">
      <w:pPr>
        <w:pStyle w:val="ListNumber"/>
        <w:rPr>
          <w:rFonts w:hint="eastAsia"/>
          <w:lang w:val="es-PY"/>
        </w:rPr>
      </w:pPr>
      <w:r w:rsidRPr="005F5AED">
        <w:rPr>
          <w:lang w:val="es-PY"/>
        </w:rPr>
        <w:t xml:space="preserve">Hacé clic en </w:t>
      </w:r>
      <w:r w:rsidRPr="005F5AED">
        <w:rPr>
          <w:b/>
          <w:lang w:val="es-PY"/>
        </w:rPr>
        <w:t>"Enviar Comunicado"</w:t>
      </w:r>
    </w:p>
    <w:p w14:paraId="44F969B7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Estadísticas de lectura</w:t>
      </w:r>
    </w:p>
    <w:p w14:paraId="2F59742A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En </w:t>
      </w:r>
      <w:r w:rsidRPr="005F5AED">
        <w:rPr>
          <w:b/>
          <w:lang w:val="es-PY"/>
        </w:rPr>
        <w:t>"Ver"</w:t>
      </w:r>
      <w:r w:rsidRPr="005F5AED">
        <w:rPr>
          <w:lang w:val="es-PY"/>
        </w:rPr>
        <w:t xml:space="preserve"> de un comunicado enviado:</w:t>
      </w:r>
    </w:p>
    <w:p w14:paraId="15CA2B34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Barra de progreso (actualización en tiempo real cada 5 segundos)</w:t>
      </w:r>
    </w:p>
    <w:p w14:paraId="07E8295C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Lista de destinatarios con estado Leído/No leído y fecha</w:t>
      </w:r>
    </w:p>
    <w:p w14:paraId="70875C20" w14:textId="77777777" w:rsidR="00171796" w:rsidRDefault="00000000">
      <w:pPr>
        <w:pStyle w:val="ListBullet"/>
        <w:rPr>
          <w:rFonts w:hint="eastAsia"/>
        </w:rPr>
      </w:pPr>
      <w:r>
        <w:t>Resumen y detalle de respuestas</w:t>
      </w:r>
    </w:p>
    <w:p w14:paraId="13E63030" w14:textId="77777777" w:rsidR="00171796" w:rsidRDefault="00000000">
      <w:pPr>
        <w:pStyle w:val="Heading1"/>
      </w:pPr>
      <w:r>
        <w:t>5. Gestión de Usuarios</w:t>
      </w:r>
    </w:p>
    <w:p w14:paraId="00D35EF5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Como Director de Carrera podés gestionar </w:t>
      </w:r>
      <w:r w:rsidRPr="005F5AED">
        <w:rPr>
          <w:b/>
          <w:lang w:val="es-PY"/>
        </w:rPr>
        <w:t>coordinadores</w:t>
      </w:r>
      <w:r w:rsidRPr="005F5AED">
        <w:rPr>
          <w:lang w:val="es-PY"/>
        </w:rPr>
        <w:t xml:space="preserve">, </w:t>
      </w:r>
      <w:r w:rsidRPr="005F5AED">
        <w:rPr>
          <w:b/>
          <w:lang w:val="es-PY"/>
        </w:rPr>
        <w:t>docentes</w:t>
      </w:r>
      <w:r w:rsidRPr="005F5AED">
        <w:rPr>
          <w:lang w:val="es-PY"/>
        </w:rPr>
        <w:t xml:space="preserve"> y </w:t>
      </w:r>
      <w:r w:rsidRPr="005F5AED">
        <w:rPr>
          <w:b/>
          <w:lang w:val="es-PY"/>
        </w:rPr>
        <w:t>estudiantes</w:t>
      </w:r>
      <w:r w:rsidRPr="005F5AED">
        <w:rPr>
          <w:lang w:val="es-PY"/>
        </w:rPr>
        <w:t>.</w:t>
      </w:r>
    </w:p>
    <w:p w14:paraId="47EE955A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lastRenderedPageBreak/>
        <w:t>Ver usuarios</w:t>
      </w:r>
    </w:p>
    <w:p w14:paraId="26E467F4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"Usuarios"</w:t>
      </w:r>
      <w:r w:rsidRPr="005F5AED">
        <w:rPr>
          <w:lang w:val="es-PY"/>
        </w:rPr>
        <w:t xml:space="preserve"> en el menú → tabla con: cédula, nombre, rol, sedes, permisos y estado.</w:t>
      </w:r>
    </w:p>
    <w:p w14:paraId="2374BACF" w14:textId="77777777" w:rsidR="00171796" w:rsidRDefault="00000000">
      <w:pPr>
        <w:pStyle w:val="Heading2"/>
      </w:pPr>
      <w:r>
        <w:t>Crear un usuario</w:t>
      </w:r>
    </w:p>
    <w:p w14:paraId="502F4F65" w14:textId="77777777" w:rsidR="00171796" w:rsidRDefault="00000000">
      <w:pPr>
        <w:pStyle w:val="ListNumber"/>
        <w:rPr>
          <w:rFonts w:hint="eastAsia"/>
        </w:rPr>
      </w:pPr>
      <w:r>
        <w:rPr>
          <w:b/>
        </w:rPr>
        <w:t>"Nuevo Usuario"</w:t>
      </w:r>
    </w:p>
    <w:p w14:paraId="4205B85F" w14:textId="77777777" w:rsidR="00171796" w:rsidRDefault="00000000">
      <w:pPr>
        <w:pStyle w:val="ListNumber"/>
        <w:rPr>
          <w:rFonts w:hint="eastAsia"/>
        </w:rPr>
      </w:pPr>
      <w:r>
        <w:t>Completá:</w:t>
      </w:r>
    </w:p>
    <w:p w14:paraId="707EF6D1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Cédula</w:t>
      </w:r>
      <w:r>
        <w:t xml:space="preserve"> — obligatorio</w:t>
      </w:r>
    </w:p>
    <w:p w14:paraId="51CF95C1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Rol</w:t>
      </w:r>
      <w:r>
        <w:t xml:space="preserve"> — Coordinador, Docente o Estudiante</w:t>
      </w:r>
    </w:p>
    <w:p w14:paraId="23B0E143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Nombres y Apellidos</w:t>
      </w:r>
      <w:r>
        <w:t xml:space="preserve"> — obligatorio</w:t>
      </w:r>
    </w:p>
    <w:p w14:paraId="53BE7A24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Email y Teléfono</w:t>
      </w:r>
      <w:r>
        <w:t xml:space="preserve"> — opcional</w:t>
      </w:r>
    </w:p>
    <w:p w14:paraId="4D6096C3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Contraseña</w:t>
      </w:r>
      <w:r>
        <w:t xml:space="preserve"> — mínimo 6 caracteres</w:t>
      </w:r>
    </w:p>
    <w:p w14:paraId="0D848EF5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Sedes</w:t>
      </w:r>
      <w:r>
        <w:t xml:space="preserve"> — asigná una o más</w:t>
      </w:r>
    </w:p>
    <w:p w14:paraId="316D17DC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t>Carreras</w:t>
      </w:r>
      <w:r w:rsidRPr="005F5AED">
        <w:rPr>
          <w:lang w:val="es-PY"/>
        </w:rPr>
        <w:t xml:space="preserve"> — asigná carreras (seleccionando sede → facultad → carrera, y semestre para estudiantes)</w:t>
      </w:r>
    </w:p>
    <w:p w14:paraId="41391802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t>Puede enviar</w:t>
      </w:r>
      <w:r w:rsidRPr="005F5AED">
        <w:rPr>
          <w:lang w:val="es-PY"/>
        </w:rPr>
        <w:t xml:space="preserve"> — habilitar permiso de envío</w:t>
      </w:r>
    </w:p>
    <w:p w14:paraId="465ACA56" w14:textId="77777777" w:rsidR="00171796" w:rsidRDefault="00000000">
      <w:pPr>
        <w:pStyle w:val="ListNumber"/>
        <w:rPr>
          <w:rFonts w:hint="eastAsia"/>
        </w:rPr>
      </w:pPr>
      <w:r>
        <w:rPr>
          <w:b/>
        </w:rPr>
        <w:t>"Crear Usuario"</w:t>
      </w:r>
    </w:p>
    <w:p w14:paraId="24111545" w14:textId="77777777" w:rsidR="00171796" w:rsidRDefault="00000000">
      <w:pPr>
        <w:pStyle w:val="Heading2"/>
      </w:pPr>
      <w:r>
        <w:t>Editar un usuario</w:t>
      </w:r>
    </w:p>
    <w:p w14:paraId="3E69AB3E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"Editar"</w:t>
      </w:r>
      <w:r w:rsidRPr="005F5AED">
        <w:rPr>
          <w:lang w:val="es-PY"/>
        </w:rPr>
        <w:t xml:space="preserve"> junto al usuario. Contraseña en blanco = se mantiene la actual.</w:t>
      </w:r>
    </w:p>
    <w:p w14:paraId="76DB45AF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Activar / Desactivar un usuario</w:t>
      </w:r>
    </w:p>
    <w:p w14:paraId="550D3472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"Desactivar"</w:t>
      </w:r>
      <w:r w:rsidRPr="005F5AED">
        <w:rPr>
          <w:lang w:val="es-PY"/>
        </w:rPr>
        <w:t xml:space="preserve"> para inhabilitar acceso, </w:t>
      </w:r>
      <w:r w:rsidRPr="005F5AED">
        <w:rPr>
          <w:b/>
          <w:lang w:val="es-PY"/>
        </w:rPr>
        <w:t>"Activar"</w:t>
      </w:r>
      <w:r w:rsidRPr="005F5AED">
        <w:rPr>
          <w:lang w:val="es-PY"/>
        </w:rPr>
        <w:t xml:space="preserve"> para rehabilitarlo.</w:t>
      </w:r>
    </w:p>
    <w:p w14:paraId="76A1EC93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t>6. Reportes</w:t>
      </w:r>
    </w:p>
    <w:p w14:paraId="3CFDCA93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>Como Director de Carrera tenés acceso a reportes de comunicaciones.</w:t>
      </w:r>
    </w:p>
    <w:p w14:paraId="6F5136F3" w14:textId="77777777" w:rsidR="00171796" w:rsidRDefault="00000000">
      <w:pPr>
        <w:pStyle w:val="Heading2"/>
      </w:pPr>
      <w:r>
        <w:t>Ver reportes</w:t>
      </w:r>
    </w:p>
    <w:p w14:paraId="19B60868" w14:textId="77777777" w:rsidR="00171796" w:rsidRPr="005F5AED" w:rsidRDefault="00000000">
      <w:pPr>
        <w:pStyle w:val="ListNumber"/>
        <w:rPr>
          <w:rFonts w:hint="eastAsia"/>
          <w:lang w:val="es-PY"/>
        </w:rPr>
      </w:pPr>
      <w:r w:rsidRPr="005F5AED">
        <w:rPr>
          <w:lang w:val="es-PY"/>
        </w:rPr>
        <w:t xml:space="preserve">Hacé clic en </w:t>
      </w:r>
      <w:r w:rsidRPr="005F5AED">
        <w:rPr>
          <w:b/>
          <w:lang w:val="es-PY"/>
        </w:rPr>
        <w:t>"Reportes"</w:t>
      </w:r>
      <w:r w:rsidRPr="005F5AED">
        <w:rPr>
          <w:lang w:val="es-PY"/>
        </w:rPr>
        <w:t xml:space="preserve"> en el menú lateral (sección </w:t>
      </w:r>
      <w:r w:rsidRPr="005F5AED">
        <w:rPr>
          <w:b/>
          <w:lang w:val="es-PY"/>
        </w:rPr>
        <w:t>Análisis</w:t>
      </w:r>
      <w:r w:rsidRPr="005F5AED">
        <w:rPr>
          <w:lang w:val="es-PY"/>
        </w:rPr>
        <w:t>)</w:t>
      </w:r>
    </w:p>
    <w:p w14:paraId="776D48A2" w14:textId="77777777" w:rsidR="00171796" w:rsidRDefault="00000000">
      <w:pPr>
        <w:pStyle w:val="ListNumber"/>
        <w:rPr>
          <w:rFonts w:hint="eastAsia"/>
        </w:rPr>
      </w:pPr>
      <w:r>
        <w:t>Verás las estadísticas generales:</w:t>
      </w:r>
    </w:p>
    <w:p w14:paraId="36885A4D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Total comunicaciones enviadas</w:t>
      </w:r>
    </w:p>
    <w:p w14:paraId="27FD01BC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lastRenderedPageBreak/>
        <w:t>Total entregas</w:t>
      </w:r>
      <w:r>
        <w:t xml:space="preserve"> (destinatarios)</w:t>
      </w:r>
    </w:p>
    <w:p w14:paraId="303840E5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Tasa de lectura</w:t>
      </w:r>
      <w:r>
        <w:t xml:space="preserve"> general (%)</w:t>
      </w:r>
    </w:p>
    <w:p w14:paraId="791E627C" w14:textId="77777777" w:rsidR="00171796" w:rsidRPr="005F5AED" w:rsidRDefault="00000000">
      <w:pPr>
        <w:pStyle w:val="ListNumber"/>
        <w:rPr>
          <w:rFonts w:hint="eastAsia"/>
          <w:lang w:val="es-PY"/>
        </w:rPr>
      </w:pPr>
      <w:r w:rsidRPr="005F5AED">
        <w:rPr>
          <w:lang w:val="es-PY"/>
        </w:rPr>
        <w:t>Tabla con comunicaciones recientes: asunto, remitente, destinatarios, leídos, porcentaje y fecha</w:t>
      </w:r>
    </w:p>
    <w:p w14:paraId="1DB53253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Ver detalle de un reporte</w:t>
      </w:r>
    </w:p>
    <w:p w14:paraId="4B58569E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t xml:space="preserve">Hacé clic en </w:t>
      </w:r>
      <w:r w:rsidRPr="005F5AED">
        <w:rPr>
          <w:b/>
          <w:lang w:val="es-PY"/>
        </w:rPr>
        <w:t>"Detalle"</w:t>
      </w:r>
      <w:r w:rsidRPr="005F5AED">
        <w:rPr>
          <w:lang w:val="es-PY"/>
        </w:rPr>
        <w:t xml:space="preserve"> de una comunicación para ver:</w:t>
      </w:r>
    </w:p>
    <w:p w14:paraId="16FFDBA5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Estadísticas: destinatarios, leídos, sin leer, tasa de lectura</w:t>
      </w:r>
    </w:p>
    <w:p w14:paraId="709A0029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Lista completa de destinatarios con estado y fecha de lectura</w:t>
      </w:r>
    </w:p>
    <w:p w14:paraId="5F052013" w14:textId="77777777" w:rsidR="00171796" w:rsidRDefault="00000000">
      <w:pPr>
        <w:pStyle w:val="ListBullet"/>
        <w:rPr>
          <w:rFonts w:hint="eastAsia"/>
        </w:rPr>
      </w:pPr>
      <w:r>
        <w:t>Respuestas recibidas</w:t>
      </w:r>
    </w:p>
    <w:p w14:paraId="62AC6A6B" w14:textId="77777777" w:rsidR="00171796" w:rsidRDefault="00000000">
      <w:pPr>
        <w:pStyle w:val="Heading1"/>
      </w:pPr>
      <w:r>
        <w:t>7. Notificaciones</w:t>
      </w:r>
    </w:p>
    <w:p w14:paraId="0B7B6BD5" w14:textId="77777777" w:rsidR="00171796" w:rsidRDefault="00000000">
      <w:pPr>
        <w:pStyle w:val="ListBullet"/>
        <w:rPr>
          <w:rFonts w:hint="eastAsia"/>
        </w:rPr>
      </w:pPr>
      <w:r>
        <w:rPr>
          <w:b/>
        </w:rPr>
        <w:t>"Notificaciones"</w:t>
      </w:r>
      <w:r>
        <w:t xml:space="preserve"> en el menú lateral</w:t>
      </w:r>
    </w:p>
    <w:p w14:paraId="18E47F81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Alertas de comunicados recibidos y respuestas a tus envíos</w:t>
      </w:r>
    </w:p>
    <w:p w14:paraId="10FC4963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lang w:val="es-PY"/>
        </w:rPr>
        <w:t>Clic en una notificación → va al comunicado</w:t>
      </w:r>
    </w:p>
    <w:p w14:paraId="3998266B" w14:textId="77777777" w:rsidR="00171796" w:rsidRPr="005F5AED" w:rsidRDefault="00000000">
      <w:pPr>
        <w:pStyle w:val="ListBullet"/>
        <w:rPr>
          <w:rFonts w:hint="eastAsia"/>
          <w:lang w:val="es-PY"/>
        </w:rPr>
      </w:pPr>
      <w:r w:rsidRPr="005F5AED">
        <w:rPr>
          <w:b/>
          <w:lang w:val="es-PY"/>
        </w:rPr>
        <w:t>"Marcar todas como leídas"</w:t>
      </w:r>
      <w:r w:rsidRPr="005F5AED">
        <w:rPr>
          <w:lang w:val="es-PY"/>
        </w:rPr>
        <w:t xml:space="preserve"> para limpiar</w:t>
      </w:r>
    </w:p>
    <w:p w14:paraId="1D06AD57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t>8. Cerrar sesión</w:t>
      </w:r>
    </w:p>
    <w:p w14:paraId="2434AD9C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b/>
          <w:lang w:val="es-PY"/>
        </w:rPr>
        <w:t>"Cerrar Sesión"</w:t>
      </w:r>
      <w:r w:rsidRPr="005F5AED">
        <w:rPr>
          <w:lang w:val="es-PY"/>
        </w:rPr>
        <w:t xml:space="preserve"> en la parte inferior del menú lateral.</w:t>
      </w:r>
    </w:p>
    <w:p w14:paraId="13F50CB2" w14:textId="77777777" w:rsidR="00171796" w:rsidRPr="005F5AED" w:rsidRDefault="00000000">
      <w:pPr>
        <w:rPr>
          <w:rFonts w:hint="eastAsia"/>
          <w:lang w:val="es-PY"/>
        </w:rPr>
      </w:pPr>
      <w:r w:rsidRPr="005F5AED">
        <w:rPr>
          <w:lang w:val="es-PY"/>
        </w:rPr>
        <w:br w:type="page"/>
      </w:r>
    </w:p>
    <w:p w14:paraId="3AF4C608" w14:textId="77777777" w:rsidR="00171796" w:rsidRPr="005F5AED" w:rsidRDefault="00000000">
      <w:pPr>
        <w:pStyle w:val="Heading1"/>
        <w:rPr>
          <w:lang w:val="es-PY"/>
        </w:rPr>
      </w:pPr>
      <w:r w:rsidRPr="005F5AED">
        <w:rPr>
          <w:lang w:val="es-PY"/>
        </w:rPr>
        <w:lastRenderedPageBreak/>
        <w:t>Capturas de Pantalla</w:t>
      </w:r>
    </w:p>
    <w:p w14:paraId="5B5DF1AD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Pantalla de inicio de sesión</w:t>
      </w:r>
    </w:p>
    <w:p w14:paraId="3E0D72B5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2690D95" wp14:editId="733B0264">
            <wp:extent cx="5029200" cy="28275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_login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6312" w14:textId="77777777" w:rsidR="00171796" w:rsidRPr="005F5AED" w:rsidRDefault="00000000">
      <w:pPr>
        <w:spacing w:after="240"/>
        <w:jc w:val="center"/>
        <w:rPr>
          <w:rFonts w:hint="eastAsia"/>
          <w:lang w:val="es-PY"/>
        </w:rPr>
      </w:pPr>
      <w:r w:rsidRPr="005F5AED">
        <w:rPr>
          <w:i/>
          <w:color w:val="666666"/>
          <w:sz w:val="18"/>
          <w:lang w:val="es-PY"/>
        </w:rPr>
        <w:t>Figura: Pantalla de inicio de sesión</w:t>
      </w:r>
    </w:p>
    <w:p w14:paraId="1B4370CC" w14:textId="77777777" w:rsidR="00171796" w:rsidRDefault="00000000">
      <w:pPr>
        <w:pStyle w:val="Heading2"/>
      </w:pPr>
      <w:r>
        <w:t>Panel principal (Dashboard)</w:t>
      </w:r>
    </w:p>
    <w:p w14:paraId="054B11FD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9D79A6F" wp14:editId="1F4C6194">
            <wp:extent cx="5029200" cy="28275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_dashboar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DBC27" w14:textId="77777777" w:rsidR="00171796" w:rsidRPr="005F5AED" w:rsidRDefault="00000000">
      <w:pPr>
        <w:spacing w:after="240"/>
        <w:jc w:val="center"/>
        <w:rPr>
          <w:rFonts w:hint="eastAsia"/>
          <w:lang w:val="es-PY"/>
        </w:rPr>
      </w:pPr>
      <w:r w:rsidRPr="005F5AED">
        <w:rPr>
          <w:i/>
          <w:color w:val="666666"/>
          <w:sz w:val="18"/>
          <w:lang w:val="es-PY"/>
        </w:rPr>
        <w:lastRenderedPageBreak/>
        <w:t>Figura: Panel principal (Dashboard)</w:t>
      </w:r>
    </w:p>
    <w:p w14:paraId="4027E235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Bandeja de entrada</w:t>
      </w:r>
    </w:p>
    <w:p w14:paraId="551DF461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04828A8" wp14:editId="7B4C9037">
            <wp:extent cx="5029200" cy="282754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_bandej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50101" w14:textId="77777777" w:rsidR="00171796" w:rsidRDefault="00000000">
      <w:pPr>
        <w:spacing w:after="240"/>
        <w:jc w:val="center"/>
        <w:rPr>
          <w:rFonts w:hint="eastAsia"/>
        </w:rPr>
      </w:pPr>
      <w:r>
        <w:rPr>
          <w:i/>
          <w:color w:val="666666"/>
          <w:sz w:val="18"/>
        </w:rPr>
        <w:t>Figura: Bandeja de entrada</w:t>
      </w:r>
    </w:p>
    <w:p w14:paraId="0174866B" w14:textId="77777777" w:rsidR="00171796" w:rsidRDefault="00000000">
      <w:pPr>
        <w:pStyle w:val="Heading2"/>
      </w:pPr>
      <w:r>
        <w:t>Notificaciones</w:t>
      </w:r>
    </w:p>
    <w:p w14:paraId="6E555E81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345905B" wp14:editId="5EBFCEFE">
            <wp:extent cx="5029200" cy="282754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_notificacione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7E70" w14:textId="77777777" w:rsidR="00171796" w:rsidRDefault="00000000">
      <w:pPr>
        <w:spacing w:after="240"/>
        <w:jc w:val="center"/>
        <w:rPr>
          <w:rFonts w:hint="eastAsia"/>
        </w:rPr>
      </w:pPr>
      <w:r>
        <w:rPr>
          <w:i/>
          <w:color w:val="666666"/>
          <w:sz w:val="18"/>
        </w:rPr>
        <w:t>Figura: Notificaciones</w:t>
      </w:r>
    </w:p>
    <w:p w14:paraId="0C5A7292" w14:textId="77777777" w:rsidR="00171796" w:rsidRDefault="00000000">
      <w:pPr>
        <w:pStyle w:val="Heading2"/>
      </w:pPr>
      <w:r>
        <w:lastRenderedPageBreak/>
        <w:t>Comunicados enviados</w:t>
      </w:r>
    </w:p>
    <w:p w14:paraId="04EA0364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F74E19A" wp14:editId="41FFD066">
            <wp:extent cx="5029200" cy="282754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_comunicacion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0B739" w14:textId="77777777" w:rsidR="00171796" w:rsidRDefault="00000000">
      <w:pPr>
        <w:spacing w:after="240"/>
        <w:jc w:val="center"/>
        <w:rPr>
          <w:rFonts w:hint="eastAsia"/>
        </w:rPr>
      </w:pPr>
      <w:r>
        <w:rPr>
          <w:i/>
          <w:color w:val="666666"/>
          <w:sz w:val="18"/>
        </w:rPr>
        <w:t>Figura: Comunicados enviados</w:t>
      </w:r>
    </w:p>
    <w:p w14:paraId="6AD1B968" w14:textId="77777777" w:rsidR="00171796" w:rsidRDefault="00000000">
      <w:pPr>
        <w:pStyle w:val="Heading2"/>
      </w:pPr>
      <w:r>
        <w:lastRenderedPageBreak/>
        <w:t>Nuevo comunicado</w:t>
      </w:r>
    </w:p>
    <w:p w14:paraId="0AC2B15D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DEAB1D9" wp14:editId="7FB58EAC">
            <wp:extent cx="5029200" cy="537159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_comunicacion_compos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7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AE385" w14:textId="77777777" w:rsidR="00171796" w:rsidRPr="005F5AED" w:rsidRDefault="00000000">
      <w:pPr>
        <w:spacing w:after="240"/>
        <w:jc w:val="center"/>
        <w:rPr>
          <w:rFonts w:hint="eastAsia"/>
          <w:lang w:val="es-PY"/>
        </w:rPr>
      </w:pPr>
      <w:r w:rsidRPr="005F5AED">
        <w:rPr>
          <w:i/>
          <w:color w:val="666666"/>
          <w:sz w:val="18"/>
          <w:lang w:val="es-PY"/>
        </w:rPr>
        <w:t>Figura: Nuevo comunicado</w:t>
      </w:r>
    </w:p>
    <w:p w14:paraId="24976200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lastRenderedPageBreak/>
        <w:t>Gestión de usuarios</w:t>
      </w:r>
    </w:p>
    <w:p w14:paraId="5E975711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32F4934" wp14:editId="78183F4E">
            <wp:extent cx="5029200" cy="111629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_usuario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40270" w14:textId="77777777" w:rsidR="00171796" w:rsidRPr="005F5AED" w:rsidRDefault="00000000">
      <w:pPr>
        <w:spacing w:after="240"/>
        <w:jc w:val="center"/>
        <w:rPr>
          <w:rFonts w:hint="eastAsia"/>
          <w:lang w:val="es-PY"/>
        </w:rPr>
      </w:pPr>
      <w:r w:rsidRPr="005F5AED">
        <w:rPr>
          <w:i/>
          <w:color w:val="666666"/>
          <w:sz w:val="18"/>
          <w:lang w:val="es-PY"/>
        </w:rPr>
        <w:lastRenderedPageBreak/>
        <w:t>Figura: Gestión de usuarios</w:t>
      </w:r>
    </w:p>
    <w:p w14:paraId="220E65AC" w14:textId="77777777" w:rsidR="00171796" w:rsidRPr="005F5AED" w:rsidRDefault="00000000">
      <w:pPr>
        <w:pStyle w:val="Heading2"/>
        <w:rPr>
          <w:lang w:val="es-PY"/>
        </w:rPr>
      </w:pPr>
      <w:r w:rsidRPr="005F5AED">
        <w:rPr>
          <w:lang w:val="es-PY"/>
        </w:rPr>
        <w:t>Crear usuario</w:t>
      </w:r>
    </w:p>
    <w:p w14:paraId="1D5F2904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541976F" wp14:editId="505B6027">
            <wp:extent cx="5029200" cy="3401889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_usuario_crear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4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53466" w14:textId="77777777" w:rsidR="00171796" w:rsidRDefault="00000000">
      <w:pPr>
        <w:spacing w:after="240"/>
        <w:jc w:val="center"/>
        <w:rPr>
          <w:rFonts w:hint="eastAsia"/>
        </w:rPr>
      </w:pPr>
      <w:r>
        <w:rPr>
          <w:i/>
          <w:color w:val="666666"/>
          <w:sz w:val="18"/>
        </w:rPr>
        <w:t>Figura: Crear usuario</w:t>
      </w:r>
    </w:p>
    <w:p w14:paraId="50A824DD" w14:textId="77777777" w:rsidR="00171796" w:rsidRDefault="00000000">
      <w:pPr>
        <w:pStyle w:val="Heading2"/>
      </w:pPr>
      <w:r>
        <w:lastRenderedPageBreak/>
        <w:t>Reportes</w:t>
      </w:r>
    </w:p>
    <w:p w14:paraId="5D9B1D22" w14:textId="77777777" w:rsidR="00171796" w:rsidRDefault="00000000">
      <w:pPr>
        <w:spacing w:before="24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5C84A869" wp14:editId="683DA1BA">
            <wp:extent cx="5029200" cy="282754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_reporte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827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7BF1" w14:textId="77777777" w:rsidR="00171796" w:rsidRDefault="00000000">
      <w:pPr>
        <w:spacing w:after="240"/>
        <w:jc w:val="center"/>
        <w:rPr>
          <w:rFonts w:hint="eastAsia"/>
        </w:rPr>
      </w:pPr>
      <w:r>
        <w:rPr>
          <w:i/>
          <w:color w:val="666666"/>
          <w:sz w:val="18"/>
        </w:rPr>
        <w:t>Figura: Reportes</w:t>
      </w:r>
    </w:p>
    <w:sectPr w:rsidR="00171796" w:rsidSect="00034616">
      <w:headerReference w:type="default" r:id="rId17"/>
      <w:footerReference w:type="default" r:id="rId18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58886" w14:textId="77777777" w:rsidR="009A6B19" w:rsidRDefault="009A6B1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EE4560C" w14:textId="77777777" w:rsidR="009A6B19" w:rsidRDefault="009A6B1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8F1" w14:textId="77777777" w:rsidR="00171796" w:rsidRPr="005F5AED" w:rsidRDefault="00000000">
    <w:pPr>
      <w:pStyle w:val="Footer"/>
      <w:pBdr>
        <w:top w:val="single" w:sz="4" w:space="1" w:color="25604C"/>
      </w:pBdr>
      <w:jc w:val="center"/>
      <w:rPr>
        <w:rFonts w:hint="eastAsia"/>
        <w:lang w:val="es-PY"/>
      </w:rPr>
    </w:pPr>
    <w:r w:rsidRPr="005F5AED">
      <w:rPr>
        <w:color w:val="666666"/>
        <w:sz w:val="16"/>
        <w:lang w:val="es-PY"/>
      </w:rPr>
      <w:t>SCI — Sistema de Comunicación Institucional | UPMS</w:t>
    </w:r>
  </w:p>
  <w:p w14:paraId="15E3D47B" w14:textId="77777777" w:rsidR="00171796" w:rsidRDefault="00000000">
    <w:pPr>
      <w:jc w:val="center"/>
      <w:rPr>
        <w:rFonts w:hint="eastAsia"/>
      </w:rPr>
    </w:pPr>
    <w:r>
      <w:rPr>
        <w:color w:val="666666"/>
        <w:sz w:val="16"/>
      </w:rPr>
      <w:t xml:space="preserve">Página </w:t>
    </w:r>
    <w:r>
      <w:rPr>
        <w:color w:val="666666"/>
        <w:sz w:val="16"/>
      </w:rPr>
      <w:fldChar w:fldCharType="begin"/>
    </w:r>
    <w:r>
      <w:rPr>
        <w:color w:val="666666"/>
        <w:sz w:val="16"/>
      </w:rPr>
      <w:instrText xml:space="preserve"> PAGE </w:instrText>
    </w:r>
    <w:r w:rsidR="005F5AED">
      <w:rPr>
        <w:color w:val="666666"/>
        <w:sz w:val="16"/>
      </w:rPr>
      <w:fldChar w:fldCharType="separate"/>
    </w:r>
    <w:r w:rsidR="005F5AED">
      <w:rPr>
        <w:noProof/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4BA7B" w14:textId="77777777" w:rsidR="009A6B19" w:rsidRDefault="009A6B1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6B0D950" w14:textId="77777777" w:rsidR="009A6B19" w:rsidRDefault="009A6B1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496B2" w14:textId="77777777" w:rsidR="00171796" w:rsidRDefault="00000000">
    <w:pPr>
      <w:pStyle w:val="Header"/>
      <w:jc w:val="center"/>
      <w:rPr>
        <w:rFonts w:hint="eastAsia"/>
      </w:rPr>
    </w:pPr>
    <w:r>
      <w:rPr>
        <w:noProof/>
      </w:rPr>
      <w:drawing>
        <wp:inline distT="0" distB="0" distL="0" distR="0" wp14:anchorId="212DB0B5" wp14:editId="70E0CB65">
          <wp:extent cx="5943600" cy="734772"/>
          <wp:effectExtent l="0" t="0" r="0" b="0"/>
          <wp:docPr id="1846326818" name="Picture 1846326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7347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060E3F" w14:textId="77777777" w:rsidR="00171796" w:rsidRDefault="00171796">
    <w:pPr>
      <w:pBdr>
        <w:bottom w:val="single" w:sz="6" w:space="1" w:color="25604C"/>
      </w:pBdr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280423">
    <w:abstractNumId w:val="8"/>
  </w:num>
  <w:num w:numId="2" w16cid:durableId="118577220">
    <w:abstractNumId w:val="6"/>
  </w:num>
  <w:num w:numId="3" w16cid:durableId="1851094705">
    <w:abstractNumId w:val="5"/>
  </w:num>
  <w:num w:numId="4" w16cid:durableId="203058459">
    <w:abstractNumId w:val="4"/>
  </w:num>
  <w:num w:numId="5" w16cid:durableId="1562208743">
    <w:abstractNumId w:val="7"/>
  </w:num>
  <w:num w:numId="6" w16cid:durableId="118425026">
    <w:abstractNumId w:val="3"/>
  </w:num>
  <w:num w:numId="7" w16cid:durableId="2134591949">
    <w:abstractNumId w:val="2"/>
  </w:num>
  <w:num w:numId="8" w16cid:durableId="1997489267">
    <w:abstractNumId w:val="1"/>
  </w:num>
  <w:num w:numId="9" w16cid:durableId="17927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1796"/>
    <w:rsid w:val="0029639D"/>
    <w:rsid w:val="00326F90"/>
    <w:rsid w:val="005F5AED"/>
    <w:rsid w:val="008745A2"/>
    <w:rsid w:val="009A6B1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07B5B"/>
  <w14:defaultImageDpi w14:val="300"/>
  <w15:docId w15:val="{67D14FAD-9DAB-4239-9CD7-F1B87746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Segoe UI" w:hAnsi="Segoe UI"/>
      <w:color w:val="33333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25604C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360" w:after="160"/>
      <w:outlineLvl w:val="1"/>
    </w:pPr>
    <w:rPr>
      <w:rFonts w:asciiTheme="majorHAnsi" w:eastAsiaTheme="majorEastAsia" w:hAnsiTheme="majorHAnsi" w:cstheme="majorBidi"/>
      <w:b/>
      <w:bCs/>
      <w:color w:val="1A453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2D735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747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DOCUCOLOR</cp:lastModifiedBy>
  <cp:revision>2</cp:revision>
  <dcterms:created xsi:type="dcterms:W3CDTF">2013-12-23T23:15:00Z</dcterms:created>
  <dcterms:modified xsi:type="dcterms:W3CDTF">2026-04-08T14:26:00Z</dcterms:modified>
  <cp:category/>
</cp:coreProperties>
</file>